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4C99AECD" w:rsidRDefault="4C99AECD" w14:paraId="625EBA6F" w14:textId="5ABC2F73">
      <w:r w:rsidR="4C99AECD">
        <w:drawing>
          <wp:inline wp14:editId="6E5D135C" wp14:anchorId="5588B454">
            <wp:extent cx="3457575" cy="1114425"/>
            <wp:effectExtent l="0" t="0" r="0" b="0"/>
            <wp:docPr id="1627669465" name="drawing" descr="ICEPE_Logo_CMYK.jpg, 图片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627669465" name=""/>
                    <pic:cNvPicPr/>
                  </pic:nvPicPr>
                  <pic:blipFill>
                    <a:blip xmlns:r="http://schemas.openxmlformats.org/officeDocument/2006/relationships" r:embed="rId21023548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2E2E" w:rsidRDefault="00293DEE" w14:paraId="6BEFE6A4" w14:textId="77777777">
      <w:pPr>
        <w:pStyle w:val="Title"/>
      </w:pPr>
      <w:r>
        <w:t>ICEP Europe Sexual Misconduct Reporting Form</w:t>
      </w:r>
    </w:p>
    <w:p w:rsidRPr="00293DEE" w:rsidR="00A62E2E" w:rsidRDefault="00293DEE" w14:paraId="6D700767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Strictly Confidential</w:t>
      </w:r>
      <w:r w:rsidRPr="00293DEE">
        <w:rPr>
          <w:rFonts w:asciiTheme="majorHAnsi" w:hAnsiTheme="majorHAnsi" w:cstheme="majorHAnsi"/>
        </w:rPr>
        <w:br/>
      </w:r>
      <w:r w:rsidRPr="00293DEE">
        <w:rPr>
          <w:rFonts w:asciiTheme="majorHAnsi" w:hAnsiTheme="majorHAnsi" w:cstheme="majorHAnsi"/>
        </w:rPr>
        <w:t>For use by students, staff, or external parties wishing to submit a formal report under the ICEP Europe Sexual Misconduct Policy.</w:t>
      </w:r>
    </w:p>
    <w:p w:rsidRPr="00293DEE" w:rsidR="00A62E2E" w:rsidRDefault="00293DEE" w14:paraId="7DD8F4EC" w14:textId="77777777">
      <w:pPr>
        <w:pStyle w:val="Heading1"/>
        <w:rPr>
          <w:rFonts w:cstheme="majorHAnsi"/>
        </w:rPr>
      </w:pPr>
      <w:r w:rsidRPr="00293DEE">
        <w:rPr>
          <w:rFonts w:cstheme="majorHAnsi"/>
        </w:rPr>
        <w:t>SECTION A: Reporter Information</w:t>
      </w:r>
    </w:p>
    <w:p w:rsidRPr="00293DEE" w:rsidR="00A62E2E" w:rsidRDefault="00293DEE" w14:paraId="07390157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Full Name:</w:t>
      </w:r>
    </w:p>
    <w:p w:rsidRPr="00293DEE" w:rsidR="00A62E2E" w:rsidRDefault="00293DEE" w14:paraId="30F526F8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 xml:space="preserve">Role/Relationship to ICEP Europe: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Learner 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Staff 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Witness 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External Reporter</w:t>
      </w:r>
    </w:p>
    <w:p w:rsidRPr="00293DEE" w:rsidR="00A62E2E" w:rsidRDefault="00293DEE" w14:paraId="47E4D30E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Email Address:</w:t>
      </w:r>
    </w:p>
    <w:p w:rsidRPr="00293DEE" w:rsidR="00A62E2E" w:rsidRDefault="00293DEE" w14:paraId="3081AD8F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Phone Number (Optional):</w:t>
      </w:r>
    </w:p>
    <w:p w:rsidRPr="00293DEE" w:rsidR="00A62E2E" w:rsidRDefault="00293DEE" w14:paraId="79EC08E2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 xml:space="preserve">Preferred Contact Method: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Email 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Phone 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Other (please specify):</w:t>
      </w:r>
    </w:p>
    <w:p w:rsidRPr="00293DEE" w:rsidR="00A62E2E" w:rsidRDefault="00293DEE" w14:paraId="6F1DC04F" w14:textId="77777777">
      <w:pPr>
        <w:pStyle w:val="Heading1"/>
        <w:rPr>
          <w:rFonts w:cstheme="majorHAnsi"/>
        </w:rPr>
      </w:pPr>
      <w:r w:rsidRPr="00293DEE">
        <w:rPr>
          <w:rFonts w:cstheme="majorHAnsi"/>
        </w:rPr>
        <w:t>SECTION B: Details of the Incident</w:t>
      </w:r>
    </w:p>
    <w:p w:rsidRPr="00293DEE" w:rsidR="00A62E2E" w:rsidRDefault="00293DEE" w14:paraId="63677A6D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Date(s) of Incident:</w:t>
      </w:r>
    </w:p>
    <w:p w:rsidRPr="00293DEE" w:rsidR="00A62E2E" w:rsidRDefault="00293DEE" w14:paraId="13D09ED0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Time (if known):</w:t>
      </w:r>
    </w:p>
    <w:p w:rsidRPr="00293DEE" w:rsidR="00A62E2E" w:rsidRDefault="00293DEE" w14:paraId="456944AA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Location(s): (e.g. module, online forum, email, Zoom, external venue)</w:t>
      </w:r>
    </w:p>
    <w:p w:rsidRPr="00293DEE" w:rsidR="00A62E2E" w:rsidRDefault="00293DEE" w14:paraId="727C02F3" w14:textId="151FE47D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Nature of the Incident:</w:t>
      </w:r>
      <w:r w:rsidRPr="00293DEE">
        <w:rPr>
          <w:rFonts w:asciiTheme="majorHAnsi" w:hAnsiTheme="majorHAnsi" w:cstheme="majorHAnsi"/>
        </w:rPr>
        <w:br/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Sexual Harassment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Sexual Assault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Online Misconduct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Stalking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Inappropriate Communication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Other (please specify):</w:t>
      </w:r>
    </w:p>
    <w:p w:rsidR="00A62E2E" w:rsidRDefault="00293DEE" w14:paraId="1A8A1246" w14:textId="6B87048B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Brief Summary of the Incident:</w:t>
      </w:r>
      <w:r w:rsidRPr="00293DEE">
        <w:rPr>
          <w:rFonts w:asciiTheme="majorHAnsi" w:hAnsiTheme="majorHAnsi" w:cstheme="majorHAnsi"/>
        </w:rPr>
        <w:br/>
      </w:r>
      <w:r w:rsidRPr="00293DEE">
        <w:rPr>
          <w:rFonts w:asciiTheme="majorHAnsi" w:hAnsiTheme="majorHAnsi" w:cstheme="majorHAnsi"/>
        </w:rPr>
        <w:t>(Please describe what occurred. You may attach a separate statement if preferred.)</w:t>
      </w:r>
    </w:p>
    <w:p w:rsidR="00293DEE" w:rsidRDefault="00293DEE" w14:paraId="67F92EA0" w14:textId="049DCE9E">
      <w:pPr>
        <w:rPr>
          <w:rFonts w:asciiTheme="majorHAnsi" w:hAnsiTheme="majorHAnsi" w:cstheme="majorHAnsi"/>
        </w:rPr>
      </w:pPr>
    </w:p>
    <w:p w:rsidR="00293DEE" w:rsidRDefault="00293DEE" w14:paraId="5F4DE30D" w14:textId="77777777">
      <w:pPr>
        <w:rPr>
          <w:rFonts w:asciiTheme="majorHAnsi" w:hAnsiTheme="majorHAnsi" w:cstheme="majorHAnsi"/>
        </w:rPr>
      </w:pPr>
    </w:p>
    <w:p w:rsidR="00293DEE" w:rsidRDefault="00293DEE" w14:paraId="5399FC35" w14:textId="77777777">
      <w:pPr>
        <w:rPr>
          <w:rFonts w:asciiTheme="majorHAnsi" w:hAnsiTheme="majorHAnsi" w:cstheme="majorHAnsi"/>
        </w:rPr>
      </w:pPr>
    </w:p>
    <w:p w:rsidR="00293DEE" w:rsidRDefault="00293DEE" w14:paraId="1892E353" w14:textId="632A4A51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BC88F93" wp14:editId="39D95F50">
                <wp:simplePos x="0" y="0"/>
                <wp:positionH relativeFrom="column">
                  <wp:posOffset>0</wp:posOffset>
                </wp:positionH>
                <wp:positionV relativeFrom="paragraph">
                  <wp:posOffset>373380</wp:posOffset>
                </wp:positionV>
                <wp:extent cx="6172200" cy="34290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342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3DEE" w:rsidP="00293DEE" w:rsidRDefault="00293DEE" w14:paraId="4309B558" w14:textId="77777777"/>
                          <w:p w:rsidR="00293DEE" w:rsidP="00293DEE" w:rsidRDefault="00293DEE" w14:paraId="667ED239" w14:textId="777777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22478AAD">
              <v:shapetype id="_x0000_t202" coordsize="21600,21600" o:spt="202" path="m,l,21600r21600,l21600,xe" w14:anchorId="6BC88F93">
                <v:stroke joinstyle="miter"/>
                <v:path gradientshapeok="t" o:connecttype="rect"/>
              </v:shapetype>
              <v:shape id="Text Box 2" style="position:absolute;margin-left:0;margin-top:29.4pt;width:486pt;height:27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">
                <v:textbox>
                  <w:txbxContent>
                    <w:p w:rsidR="00293DEE" w:rsidP="00293DEE" w:rsidRDefault="00293DEE" w14:paraId="672A6659" w14:textId="77777777"/>
                    <w:p w:rsidR="00293DEE" w:rsidP="00293DEE" w:rsidRDefault="00293DEE" w14:paraId="0A37501D" w14:textId="77777777"/>
                  </w:txbxContent>
                </v:textbox>
                <w10:wrap type="square"/>
              </v:shape>
            </w:pict>
          </mc:Fallback>
        </mc:AlternateContent>
      </w:r>
    </w:p>
    <w:p w:rsidRPr="00293DEE" w:rsidR="00293DEE" w:rsidRDefault="00293DEE" w14:paraId="48E25E78" w14:textId="77777777">
      <w:pPr>
        <w:rPr>
          <w:rFonts w:asciiTheme="majorHAnsi" w:hAnsiTheme="majorHAnsi" w:cstheme="majorHAnsi"/>
        </w:rPr>
      </w:pPr>
    </w:p>
    <w:p w:rsidRPr="00293DEE" w:rsidR="00A62E2E" w:rsidRDefault="00293DEE" w14:paraId="3DEBD3C8" w14:textId="77777777">
      <w:pPr>
        <w:pStyle w:val="Heading1"/>
        <w:rPr>
          <w:rFonts w:cstheme="majorHAnsi"/>
        </w:rPr>
      </w:pPr>
      <w:r w:rsidRPr="00293DEE">
        <w:rPr>
          <w:rFonts w:cstheme="majorHAnsi"/>
        </w:rPr>
        <w:t>SECTION C: Individuals Involved</w:t>
      </w:r>
    </w:p>
    <w:p w:rsidRPr="00293DEE" w:rsidR="00A62E2E" w:rsidRDefault="00293DEE" w14:paraId="1B287D05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Name of Responding Party (if known):</w:t>
      </w:r>
    </w:p>
    <w:p w:rsidRPr="00293DEE" w:rsidR="00A62E2E" w:rsidRDefault="00293DEE" w14:paraId="7B50E8BA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 xml:space="preserve">Are they a student or staff member of ICEP Europe?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Student 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Staff 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Unknown</w:t>
      </w:r>
    </w:p>
    <w:p w:rsidRPr="00293DEE" w:rsidR="00A62E2E" w:rsidRDefault="00293DEE" w14:paraId="69FD2573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 xml:space="preserve">Were there any witnesses?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Yes (please list below) 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No 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Unsure</w:t>
      </w:r>
    </w:p>
    <w:p w:rsidRPr="00293DEE" w:rsidR="00A62E2E" w:rsidRDefault="00293DEE" w14:paraId="2F928C9D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Witness Names and Contact Information: (Optional)</w:t>
      </w:r>
    </w:p>
    <w:p w:rsidRPr="00293DEE" w:rsidR="00A62E2E" w:rsidRDefault="00293DEE" w14:paraId="242922BA" w14:textId="77777777">
      <w:pPr>
        <w:pStyle w:val="Heading1"/>
        <w:rPr>
          <w:rFonts w:cstheme="majorHAnsi"/>
        </w:rPr>
      </w:pPr>
      <w:r w:rsidRPr="00293DEE">
        <w:rPr>
          <w:rFonts w:cstheme="majorHAnsi"/>
        </w:rPr>
        <w:t>SECTION D: Supporting Evidence</w:t>
      </w:r>
    </w:p>
    <w:p w:rsidRPr="00293DEE" w:rsidR="00A62E2E" w:rsidRDefault="00293DEE" w14:paraId="5925FC2E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Please indicate any supporting documents you are including with this report (if applicable):</w:t>
      </w:r>
    </w:p>
    <w:p w:rsidRPr="00293DEE" w:rsidR="00A62E2E" w:rsidRDefault="00293DEE" w14:paraId="21485CE9" w14:textId="77777777">
      <w:pPr>
        <w:rPr>
          <w:rFonts w:asciiTheme="majorHAnsi" w:hAnsiTheme="majorHAnsi" w:cstheme="majorHAnsi"/>
        </w:rPr>
      </w:pP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Email or message screenshots</w:t>
      </w:r>
    </w:p>
    <w:p w:rsidRPr="00293DEE" w:rsidR="00A62E2E" w:rsidRDefault="00293DEE" w14:paraId="403785CB" w14:textId="77777777">
      <w:pPr>
        <w:rPr>
          <w:rFonts w:asciiTheme="majorHAnsi" w:hAnsiTheme="majorHAnsi" w:cstheme="majorHAnsi"/>
        </w:rPr>
      </w:pP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Medical or counselling reports</w:t>
      </w:r>
    </w:p>
    <w:p w:rsidRPr="00293DEE" w:rsidR="00A62E2E" w:rsidRDefault="00293DEE" w14:paraId="2D149A2F" w14:textId="77777777">
      <w:pPr>
        <w:rPr>
          <w:rFonts w:asciiTheme="majorHAnsi" w:hAnsiTheme="majorHAnsi" w:cstheme="majorHAnsi"/>
        </w:rPr>
      </w:pP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Written statements</w:t>
      </w:r>
    </w:p>
    <w:p w:rsidRPr="00293DEE" w:rsidR="00A62E2E" w:rsidRDefault="00293DEE" w14:paraId="0A6BC3F6" w14:textId="77777777">
      <w:pPr>
        <w:rPr>
          <w:rFonts w:asciiTheme="majorHAnsi" w:hAnsiTheme="majorHAnsi" w:cstheme="majorHAnsi"/>
        </w:rPr>
      </w:pP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Other: ___________________</w:t>
      </w:r>
    </w:p>
    <w:p w:rsidRPr="00293DEE" w:rsidR="00A62E2E" w:rsidRDefault="00293DEE" w14:paraId="63496166" w14:textId="77777777">
      <w:pPr>
        <w:pStyle w:val="Heading1"/>
        <w:rPr>
          <w:rFonts w:cstheme="majorHAnsi"/>
        </w:rPr>
      </w:pPr>
      <w:r w:rsidRPr="00293DEE">
        <w:rPr>
          <w:rFonts w:cstheme="majorHAnsi"/>
        </w:rPr>
        <w:t>SECTION E: Desired Action</w:t>
      </w:r>
    </w:p>
    <w:p w:rsidRPr="00293DEE" w:rsidR="00A62E2E" w:rsidRDefault="00293DEE" w14:paraId="112A6644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What would you like to happen next:</w:t>
      </w:r>
      <w:r w:rsidRPr="00293DEE">
        <w:rPr>
          <w:rFonts w:asciiTheme="majorHAnsi" w:hAnsiTheme="majorHAnsi" w:cstheme="majorHAnsi"/>
        </w:rPr>
        <w:br/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I am seeking advice and support only</w:t>
      </w:r>
      <w:r w:rsidRPr="00293DEE">
        <w:rPr>
          <w:rFonts w:asciiTheme="majorHAnsi" w:hAnsiTheme="majorHAnsi" w:cstheme="majorHAnsi"/>
        </w:rPr>
        <w:br/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I want ICEP to review this and take disciplinary action if appropriate</w:t>
      </w:r>
      <w:r w:rsidRPr="00293DEE">
        <w:rPr>
          <w:rFonts w:asciiTheme="majorHAnsi" w:hAnsiTheme="majorHAnsi" w:cstheme="majorHAnsi"/>
        </w:rPr>
        <w:br/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I am undecided </w:t>
      </w:r>
      <w:r w:rsidRPr="00293DEE">
        <w:rPr>
          <w:rFonts w:ascii="Calibri" w:hAnsi="Calibri" w:cs="Calibri"/>
        </w:rPr>
        <w:t>–</w:t>
      </w:r>
      <w:r w:rsidRPr="00293DEE">
        <w:rPr>
          <w:rFonts w:asciiTheme="majorHAnsi" w:hAnsiTheme="majorHAnsi" w:cstheme="majorHAnsi"/>
        </w:rPr>
        <w:t xml:space="preserve"> please contact me to discuss options</w:t>
      </w:r>
    </w:p>
    <w:p w:rsidRPr="00293DEE" w:rsidR="00A62E2E" w:rsidRDefault="00293DEE" w14:paraId="22A1FADF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 xml:space="preserve">Do you wish to remain anonymous to the Responding Party?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Yes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No </w:t>
      </w:r>
      <w:r w:rsidRPr="00293DEE">
        <w:rPr>
          <w:rFonts w:ascii="Segoe UI Symbol" w:hAnsi="Segoe UI Symbol" w:cs="Segoe UI Symbol"/>
        </w:rPr>
        <w:t>☐</w:t>
      </w:r>
      <w:r w:rsidRPr="00293DEE">
        <w:rPr>
          <w:rFonts w:asciiTheme="majorHAnsi" w:hAnsiTheme="majorHAnsi" w:cstheme="majorHAnsi"/>
        </w:rPr>
        <w:t xml:space="preserve"> I understand this may not be possible in a formal investigation</w:t>
      </w:r>
    </w:p>
    <w:p w:rsidRPr="00293DEE" w:rsidR="00A62E2E" w:rsidRDefault="00293DEE" w14:paraId="3B221162" w14:textId="77777777">
      <w:pPr>
        <w:pStyle w:val="Heading1"/>
        <w:rPr>
          <w:rFonts w:cstheme="majorHAnsi"/>
        </w:rPr>
      </w:pPr>
      <w:r w:rsidRPr="00293DEE">
        <w:rPr>
          <w:rFonts w:cstheme="majorHAnsi"/>
        </w:rPr>
        <w:t>SECTION F: Consent &amp; Declaration</w:t>
      </w:r>
    </w:p>
    <w:p w:rsidRPr="00293DEE" w:rsidR="00A62E2E" w:rsidRDefault="00293DEE" w14:paraId="2501A44F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By submitting this form, I confirm that the information provided is accurate to the best of my knowledge. I understand that ICEP Europe will treat this information confidentially and in line with its Data Protection Policy. I consent to the QAE Manager and relevant staff reviewing this report.</w:t>
      </w:r>
    </w:p>
    <w:p w:rsidRPr="00293DEE" w:rsidR="00A62E2E" w:rsidRDefault="00293DEE" w14:paraId="4B093E05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Signature: ______________________________________</w:t>
      </w:r>
    </w:p>
    <w:p w:rsidRPr="00293DEE" w:rsidR="00A62E2E" w:rsidRDefault="00293DEE" w14:paraId="3C9D1F0E" w14:textId="77777777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>Date: __________________________________________</w:t>
      </w:r>
    </w:p>
    <w:p w:rsidRPr="00293DEE" w:rsidR="00A62E2E" w:rsidRDefault="00293DEE" w14:paraId="72BD42BC" w14:textId="77777777">
      <w:pPr>
        <w:pStyle w:val="Heading1"/>
        <w:rPr>
          <w:rFonts w:cstheme="majorHAnsi"/>
        </w:rPr>
      </w:pPr>
      <w:r w:rsidRPr="00293DEE">
        <w:rPr>
          <w:rFonts w:cstheme="majorHAnsi"/>
        </w:rPr>
        <w:t>Submission Instructions</w:t>
      </w:r>
    </w:p>
    <w:p w:rsidRPr="00293DEE" w:rsidR="00A62E2E" w:rsidRDefault="00293DEE" w14:paraId="61B620A7" w14:textId="4108331E">
      <w:pPr>
        <w:rPr>
          <w:rFonts w:asciiTheme="majorHAnsi" w:hAnsiTheme="majorHAnsi" w:cstheme="majorHAnsi"/>
        </w:rPr>
      </w:pPr>
      <w:r w:rsidRPr="00293DEE">
        <w:rPr>
          <w:rFonts w:asciiTheme="majorHAnsi" w:hAnsiTheme="majorHAnsi" w:cstheme="majorHAnsi"/>
        </w:rPr>
        <w:t xml:space="preserve">Submit this completed form via email to: </w:t>
      </w:r>
      <w:r>
        <w:rPr>
          <w:rFonts w:asciiTheme="majorHAnsi" w:hAnsiTheme="majorHAnsi" w:cstheme="majorHAnsi"/>
        </w:rPr>
        <w:t>info</w:t>
      </w:r>
      <w:r w:rsidRPr="00293DEE">
        <w:rPr>
          <w:rFonts w:asciiTheme="majorHAnsi" w:hAnsiTheme="majorHAnsi" w:cstheme="majorHAnsi"/>
        </w:rPr>
        <w:t>@icepeurope.ie or to a designated staff member (e.g., Student Support Officer or QAE Manager).</w:t>
      </w:r>
      <w:r w:rsidRPr="00293DEE">
        <w:rPr>
          <w:rFonts w:asciiTheme="majorHAnsi" w:hAnsiTheme="majorHAnsi" w:cstheme="majorHAnsi"/>
        </w:rPr>
        <w:br/>
      </w:r>
      <w:r w:rsidRPr="00293DEE">
        <w:rPr>
          <w:rFonts w:asciiTheme="majorHAnsi" w:hAnsiTheme="majorHAnsi" w:cstheme="majorHAnsi"/>
        </w:rPr>
        <w:t>For urgent safeguarding concerns, please mark the email subject line: “Confidential – Safeguarding Matter”.</w:t>
      </w:r>
    </w:p>
    <w:sectPr w:rsidRPr="00293DEE" w:rsidR="00A62E2E" w:rsidSect="00034616">
      <w:pgSz w:w="12240" w:h="15840" w:orient="portrait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num w:numId="1" w16cid:durableId="643001459">
    <w:abstractNumId w:val="8"/>
  </w:num>
  <w:num w:numId="2" w16cid:durableId="536702703">
    <w:abstractNumId w:val="6"/>
  </w:num>
  <w:num w:numId="3" w16cid:durableId="1447312979">
    <w:abstractNumId w:val="5"/>
  </w:num>
  <w:num w:numId="4" w16cid:durableId="1262377599">
    <w:abstractNumId w:val="4"/>
  </w:num>
  <w:num w:numId="5" w16cid:durableId="1199662600">
    <w:abstractNumId w:val="7"/>
  </w:num>
  <w:num w:numId="6" w16cid:durableId="892542841">
    <w:abstractNumId w:val="3"/>
  </w:num>
  <w:num w:numId="7" w16cid:durableId="349843867">
    <w:abstractNumId w:val="2"/>
  </w:num>
  <w:num w:numId="8" w16cid:durableId="918977780">
    <w:abstractNumId w:val="1"/>
  </w:num>
  <w:num w:numId="9" w16cid:durableId="1460105617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3DEE"/>
    <w:rsid w:val="0029639D"/>
    <w:rsid w:val="00326F90"/>
    <w:rsid w:val="003F7C76"/>
    <w:rsid w:val="00A62E2E"/>
    <w:rsid w:val="00AA1D8D"/>
    <w:rsid w:val="00B47730"/>
    <w:rsid w:val="00CB0664"/>
    <w:rsid w:val="00FC693F"/>
    <w:rsid w:val="46B7F1CA"/>
    <w:rsid w:val="4C99A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D1EE9F"/>
  <w14:defaultImageDpi w14:val="300"/>
  <w15:docId w15:val="{A920C305-3108-46D0-9618-CA9CF0DA474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FC693F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FC693F"/>
    <w:rPr>
      <w:rFonts w:asciiTheme="majorHAnsi" w:hAnsiTheme="majorHAnsi" w:eastAsiaTheme="majorEastAsia" w:cstheme="majorBidi"/>
      <w:color w:val="243F60" w:themeColor="accent1" w:themeShade="7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FC693F"/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FC693F"/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FC693F"/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FC693F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themeTint="BF" w:sz="8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themeTint="BF" w:sz="6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themeShade="99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themeShade="99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themeShade="99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themeShade="99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themeShade="99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themeShade="99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uiPriority w:val="99"/>
    <w:name w:val="Hyperlink"/>
    <w:basedOn w:val="DefaultParagraphFont"/>
    <w:unhideWhenUsed/>
    <w:rsid w:val="46B7F1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customXml" Target="../customXml/item4.xml" Id="rId10" /><Relationship Type="http://schemas.openxmlformats.org/officeDocument/2006/relationships/settings" Target="settings.xml" Id="rId4" /><Relationship Type="http://schemas.openxmlformats.org/officeDocument/2006/relationships/customXml" Target="../customXml/item3.xml" Id="rId9" /><Relationship Type="http://schemas.openxmlformats.org/officeDocument/2006/relationships/image" Target="/media/image.png" Id="rId210235481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EBCFBA145CDE46A6F70CDC63E91874" ma:contentTypeVersion="18" ma:contentTypeDescription="Create a new document." ma:contentTypeScope="" ma:versionID="244e3863dbf7dc8abb58474b34da5c66">
  <xsd:schema xmlns:xsd="http://www.w3.org/2001/XMLSchema" xmlns:xs="http://www.w3.org/2001/XMLSchema" xmlns:p="http://schemas.microsoft.com/office/2006/metadata/properties" xmlns:ns2="60a271d0-39e7-4e74-821f-21e89a00af6f" xmlns:ns3="a2fd47c0-ca37-4660-b30f-c3c2aaeb5897" targetNamespace="http://schemas.microsoft.com/office/2006/metadata/properties" ma:root="true" ma:fieldsID="773fee01963f8c712377355eaa4e6b37" ns2:_="" ns3:_="">
    <xsd:import namespace="60a271d0-39e7-4e74-821f-21e89a00af6f"/>
    <xsd:import namespace="a2fd47c0-ca37-4660-b30f-c3c2aaeb58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a271d0-39e7-4e74-821f-21e89a00af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0639d09-b016-4f72-9361-bcdeafe0a0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47c0-ca37-4660-b30f-c3c2aaeb589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d2eeb1c-f1d5-47d4-93d5-9aa9bcbc3e61}" ma:internalName="TaxCatchAll" ma:showField="CatchAllData" ma:web="a2fd47c0-ca37-4660-b30f-c3c2aaeb58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0a271d0-39e7-4e74-821f-21e89a00af6f">
      <Terms xmlns="http://schemas.microsoft.com/office/infopath/2007/PartnerControls"/>
    </lcf76f155ced4ddcb4097134ff3c332f>
    <TaxCatchAll xmlns="a2fd47c0-ca37-4660-b30f-c3c2aaeb5897" xsi:nil="true"/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8CF08F9-5D58-4149-BA53-0CB92449C08D}"/>
</file>

<file path=customXml/itemProps3.xml><?xml version="1.0" encoding="utf-8"?>
<ds:datastoreItem xmlns:ds="http://schemas.openxmlformats.org/officeDocument/2006/customXml" ds:itemID="{169D0B72-E7DC-403C-B1AE-CC842F9195B3}"/>
</file>

<file path=customXml/itemProps4.xml><?xml version="1.0" encoding="utf-8"?>
<ds:datastoreItem xmlns:ds="http://schemas.openxmlformats.org/officeDocument/2006/customXml" ds:itemID="{7B28E557-9A1E-452C-ACDB-E3B5A5BF1CF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Manager/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Aisling Kennedy</cp:lastModifiedBy>
  <cp:revision>3</cp:revision>
  <dcterms:created xsi:type="dcterms:W3CDTF">2025-07-18T11:35:00Z</dcterms:created>
  <dcterms:modified xsi:type="dcterms:W3CDTF">2025-08-06T10:30:52Z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ca9f82aa-b815-4710-bb8c-9df9e80ed50c</vt:lpwstr>
  </property>
  <property fmtid="{D5CDD505-2E9C-101B-9397-08002B2CF9AE}" pid="3" name="ContentTypeId">
    <vt:lpwstr>0x01010086EBCFBA145CDE46A6F70CDC63E91874</vt:lpwstr>
  </property>
  <property fmtid="{D5CDD505-2E9C-101B-9397-08002B2CF9AE}" pid="4" name="MediaServiceImageTags">
    <vt:lpwstr/>
  </property>
</Properties>
</file>